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ומשחקים בעיתון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המשחקים והכלים לתרגול מושגים בעיתון הספרותי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לבניית עיתון ולדיון ספרותי בצוות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שיתוף פעולה והבנה של תהליך הכנת גיליון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לבדוק ולתאם את כל התכנים לפני ההדפסה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כתבה שבודקת לעומק נושא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לעורר שיחה בצוות על 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לנחש מושג ספרותי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הקלפים נועדו לדיון משותף בין חברי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במשחק מנחשים מושג ספרותי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כלי נפרד לבניית גיליון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מצגת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משחק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(מתאימים מושג להגדרה, שישה בכל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(טיימר ומשחק קבוצות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(ניחוש מושג ספרותי לפי 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(שתים עשרה שאלות לדיון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להרכבת גיליון העיתון)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 במצגת הפתיחה והבנת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תרגול מושגים במשחקים כמו התאמת מושגים וחידון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דיון בצוות באמצעות קלפי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הגיליון הסופי בעזרת בונה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מערכת - קבוצת האנשים שמכינים את העיתון; עורך - בודק את התכנים; כתבה - טקסט שמספר על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מבינים את ההבדל בין תפקיד העורך לתפקיד הכתב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זיהוי נכון של משחק איש תלוי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חפשו הבנה שתרגול משותף מחדד הבנה ומכין לכתיבה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בפועל אחד מהמשחקים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בקבוצות קטנות על משימת הקלפים לעידוד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משימת הפתיחה למדור חדש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ומשחקים בעיתון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יש משחקים. המשחקים עוזרים ללמוד מילים חשובות על עיתון. אחר כך בונים עיתון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האנשים שמכינים את העיתון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שבודק ומסדר את כל התכנים לפני ההדפסה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שכותב את הכתבות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קבוע בעיתון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הראשי שמופיע מעל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עותק אחד שלם של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תחקיר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מעמיקה של נושא לפני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העורך?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כל הכתבות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ולתאם את כל התכנים לפני ההדפסה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רק את האיורים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את העיתון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תחקיר?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שבודקת לעומק נושא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פרסומת למוצר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לעורר שיחה בצוות על מושגים ספרותיים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לחשב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מושג ספרותי לפי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לקפוץ בחבל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איש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מושגים בסבב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השיח מיועדים לדיון בצוות ולא לשימוש אישי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מהיר כולל טיימר ומשחק קבוצות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תלוי הוא משחק שבו מנחשים מתכון בישול.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בונה העיתון הוא כלי נוסף באתר מעבר למשחקים.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__________ מתאימים מושג להגדרה שלו, שישה בכל סבב.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__________ מנחשים מושג ספרותי לפי רמז.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קלפי השיח כוללים __________ שאלות לדיון בצוות.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מציגה את המשימה בכיתה באמצעות שלושה עשר שקפים.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משחק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התאמת מושגים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טיימר ומשחק קבוצות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שתים עשרה שאלות לדיון בצוות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להרכבת גיליון העיתון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מתאימים מושג להגדרה, שישה בכל סבב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בונה העיתון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ניחוש מושג ספרותי לפי רמז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מושגים במשחקים כמו התאמת מושגים וחידון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צפייה במצגת הפתיחה והבנת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הגיליון הסופי בעזרת בונה העיתון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בצוות באמצעות קלפי השיח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מושגים ספרותיים שלמדתם במשחקים בעמוד, והסבירו כל אחד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עורך לכתב?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משחק מנחשים מושג ספרותי לפי 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לתרגל מושגים בצוות לפני כתיבת העיתון?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ומשחקים בעיתון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