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ומשחקים בעיתון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המשחקים והכלים לתרגול מושגים בעיתון הספרותי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לבניית עיתון ולדיון ספרותי בצוות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שיתוף פעולה והבנה של תהליך הכנת גיליון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לבדוק ולתאם את כל התכנים לפני ההדפסה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כתבה שבודקת לעומק נושא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הקלפים נועדו לדיון משותף בין חברי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המשחק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איש תלוי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משחק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(מתאימים מושג להגדרה, שישה בכל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(טיימר ומשחק קבוצות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(ניחוש מושג ספרותי לפי 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(שתים עשרה שאלות לדיון בצוות)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 במצגת הפתיחה והבנת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תרגול מושגים במשחקים כמו התאמת מושגים וחידון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דיון בצוות באמצעות קלפי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הגיליון הסופי בעזרת בונה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מבינים את ההבדל בין תפקיד העורך לתפקיד הכתב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זיהוי נכון של משחק איש תלוי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חפשו הבנה שתרגול משותף מחדד הבנה ומכין לכתיבה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בפועל אחד מהמשחקים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בקבוצות קטנות על משימת הקלפים לעידוד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משימת הפתיחה למדור חדש לדיון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ומשחקים בעיתון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הזה יש כמה משחקים שעוזרים לתרגל מושגים לפני בניית העיתון הספרותי הכיתתי - התאמת מושגים, חידון, איש תלוי, קלפי שיח ומצגת פתיחה.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איש תלוי  ·  התאמת מושגים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תפקידו של העורך הראשי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את כל הכתבות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לבדוק ולתאם את כל התכנים לפני ההדפסה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רק את האיורים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כתבת תחקיר?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כתבה שבודקת לעומק נושא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שמות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קלפי השיח מיועדים לדיון בצוות ולא לשימוש אישי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חידון מהיר כולל טיימר ומשחק קבוצות לכיתה.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__________ מתאימים מושג להגדרה שלו, שישה בכל סבב.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__________ מנחשים מושג ספרותי לפי רמז.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משחק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התאמת מושגים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ניחוש מושג ספרותי לפי 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שתים עשרה שאלות לדיון בצוות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טיימר ומשחק קבוצות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מתאימים מושג להגדרה, שישה בכל סבב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תרגול מושגים במשחקים כמו התאמת מושגים וחידון מהיר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צפייה במצגת הפתיחה והבנת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הגיליון הסופי בעזרת בונה העיתון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דיון בצוות באמצעות קלפי השיח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עורך לכתב?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משחק מנחשים מושג ספרותי לפי 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ומשחקים בעיתון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